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3213" w14:textId="2528E776" w:rsidR="006B346F" w:rsidRDefault="008F6218" w:rsidP="00AD175F">
      <w:pPr>
        <w:pStyle w:val="Heading1"/>
      </w:pPr>
      <w:r>
        <w:t>Wenlock Lightning Netball Club</w:t>
      </w:r>
      <w:r>
        <w:br/>
        <w:t>Code of Conduct</w:t>
      </w:r>
      <w:r>
        <w:br/>
      </w:r>
      <w:r w:rsidR="0005500B">
        <w:t>Updated</w:t>
      </w:r>
      <w:r>
        <w:t>: July 2026</w:t>
      </w:r>
      <w:r>
        <w:br/>
        <w:t>Review Date: July 2027</w:t>
      </w:r>
    </w:p>
    <w:p w14:paraId="19D2D45A" w14:textId="77777777" w:rsidR="006B346F" w:rsidRDefault="008F6218">
      <w:pPr>
        <w:pStyle w:val="Heading2"/>
      </w:pPr>
      <w:r>
        <w:t>Purpose</w:t>
      </w:r>
    </w:p>
    <w:p w14:paraId="4829452E" w14:textId="77777777" w:rsidR="006B346F" w:rsidRDefault="008F6218">
      <w:r>
        <w:t>Wenlock Lightning Netball Club is committed to providing a safe, inclusive and enjoyable environment where every participant can develop their skills, confidence and love of netball. This Code of Conduct applies to all players, coaches, volunteers, officials, committee members, parents/carers and spectators. It supports the principles of England Netball and its safeguarding policies.</w:t>
      </w:r>
    </w:p>
    <w:p w14:paraId="724FD04C" w14:textId="77777777" w:rsidR="006B346F" w:rsidRDefault="008F6218">
      <w:pPr>
        <w:pStyle w:val="Heading2"/>
      </w:pPr>
      <w:r>
        <w:t>Club Values</w:t>
      </w:r>
    </w:p>
    <w:p w14:paraId="59BE30FB" w14:textId="2A0C893A" w:rsidR="003C3C10" w:rsidRDefault="008F6218">
      <w:r>
        <w:t>• Be respectful.</w:t>
      </w:r>
      <w:r>
        <w:br/>
        <w:t>• Be inclusive</w:t>
      </w:r>
      <w:r w:rsidR="002A5C6A">
        <w:t xml:space="preserve">- welcome all </w:t>
      </w:r>
      <w:r w:rsidR="007F5C8A">
        <w:t>to training with the caveat that we c</w:t>
      </w:r>
      <w:r w:rsidR="001C2E14">
        <w:t>annot guarantee everyone competitive SJNL games</w:t>
      </w:r>
      <w:r>
        <w:br/>
        <w:t>• Be supportive.</w:t>
      </w:r>
      <w:r>
        <w:br/>
        <w:t>• Play fairly.</w:t>
      </w:r>
      <w:r>
        <w:br/>
        <w:t>• Put children first.</w:t>
      </w:r>
      <w:r>
        <w:br/>
        <w:t>• Create a positive environment.</w:t>
      </w:r>
      <w:r>
        <w:br/>
        <w:t>• Encourage effort and enjoyment over winning.</w:t>
      </w:r>
      <w:r w:rsidR="003C3C10">
        <w:t xml:space="preserve"> </w:t>
      </w:r>
    </w:p>
    <w:p w14:paraId="1C765D9E" w14:textId="04B9DEF3" w:rsidR="003C3C10" w:rsidRDefault="00786A2C" w:rsidP="00786A2C">
      <w:r>
        <w:t xml:space="preserve">Provide </w:t>
      </w:r>
      <w:r w:rsidR="0000514F">
        <w:t xml:space="preserve">a safe physical environment for </w:t>
      </w:r>
      <w:r w:rsidR="009464A7">
        <w:t>children, young people and volunteers by applying health and safety measures</w:t>
      </w:r>
      <w:r w:rsidR="00A67A1A">
        <w:t>.</w:t>
      </w:r>
    </w:p>
    <w:p w14:paraId="570D95D2" w14:textId="27536571" w:rsidR="00A67A1A" w:rsidRDefault="00A67A1A" w:rsidP="00786A2C">
      <w:r>
        <w:t>Duty of Care – the club will take reasonable measures</w:t>
      </w:r>
      <w:r w:rsidR="00635D2D">
        <w:t xml:space="preserve"> to ensure that </w:t>
      </w:r>
      <w:r w:rsidR="002D01F0">
        <w:t xml:space="preserve">members </w:t>
      </w:r>
      <w:r w:rsidR="00DD2FDA">
        <w:t>participation in activities, which they are invited</w:t>
      </w:r>
      <w:r w:rsidR="006638A9">
        <w:t xml:space="preserve"> or permitted to participate</w:t>
      </w:r>
      <w:r w:rsidR="00A37570">
        <w:t xml:space="preserve">, </w:t>
      </w:r>
      <w:r w:rsidR="00853FB8">
        <w:t>is safe, enjoyable and at an appropriate level for their capa</w:t>
      </w:r>
      <w:r w:rsidR="009A6C16">
        <w:t>bilities.</w:t>
      </w:r>
    </w:p>
    <w:p w14:paraId="6CACBE7C" w14:textId="77777777" w:rsidR="006B346F" w:rsidRDefault="008F6218">
      <w:pPr>
        <w:pStyle w:val="Heading2"/>
      </w:pPr>
      <w:r>
        <w:t>Player Code of Conduct</w:t>
      </w:r>
    </w:p>
    <w:p w14:paraId="3A149375" w14:textId="4B0F87C3" w:rsidR="006B346F" w:rsidRDefault="008F6218">
      <w:r>
        <w:t>• Respect teammates, opponents, coaches and officials.</w:t>
      </w:r>
      <w:r>
        <w:br/>
        <w:t>• Accept umpire decisions.</w:t>
      </w:r>
      <w:r>
        <w:br/>
        <w:t>• Attend training and matches punctually</w:t>
      </w:r>
      <w:r w:rsidR="007D37C5">
        <w:t xml:space="preserve"> and pur</w:t>
      </w:r>
      <w:r w:rsidR="00F829E0">
        <w:t>posefully.</w:t>
      </w:r>
      <w:r>
        <w:br/>
        <w:t>• Inform coaches of absence.</w:t>
      </w:r>
      <w:r>
        <w:br/>
        <w:t>• Encourage teammates.</w:t>
      </w:r>
      <w:r>
        <w:br/>
        <w:t>• Never bully, discriminate or use inappropriate language.</w:t>
      </w:r>
      <w:r>
        <w:br/>
        <w:t>• Wear suitable kit and remove jewellery.</w:t>
      </w:r>
      <w:r>
        <w:br/>
        <w:t>• Report injuries and follow safeguarding guidance.</w:t>
      </w:r>
    </w:p>
    <w:p w14:paraId="4269C572" w14:textId="77777777" w:rsidR="006B346F" w:rsidRDefault="008F6218">
      <w:pPr>
        <w:pStyle w:val="Heading2"/>
      </w:pPr>
      <w:r>
        <w:t>Parent &amp; Carer Code of Conduct</w:t>
      </w:r>
    </w:p>
    <w:p w14:paraId="3B05BB63" w14:textId="52CB3C7B" w:rsidR="00F96DB3" w:rsidRDefault="008F6218">
      <w:r>
        <w:t>• Encourage enjoyment over winning.</w:t>
      </w:r>
      <w:r>
        <w:br/>
        <w:t>• Respect coaches and umpires.</w:t>
      </w:r>
      <w:r>
        <w:br/>
        <w:t>• Avoid coaching from the sidelines.</w:t>
      </w:r>
      <w:r>
        <w:br/>
        <w:t>• Never criticise children publicly</w:t>
      </w:r>
      <w:r w:rsidR="008C34BB">
        <w:t xml:space="preserve"> </w:t>
      </w:r>
      <w:r>
        <w:br/>
        <w:t>• Ensure prompt drop-off and collection.</w:t>
      </w:r>
      <w:r>
        <w:br/>
        <w:t>• Raise concerns appropriately.</w:t>
      </w:r>
    </w:p>
    <w:p w14:paraId="1EE418A8" w14:textId="77777777" w:rsidR="006B346F" w:rsidRDefault="008F6218">
      <w:pPr>
        <w:pStyle w:val="Heading2"/>
      </w:pPr>
      <w:r>
        <w:lastRenderedPageBreak/>
        <w:t>Coach Code of Conduct</w:t>
      </w:r>
    </w:p>
    <w:p w14:paraId="2F929FDA" w14:textId="77777777" w:rsidR="006B346F" w:rsidRDefault="008F6218">
      <w:r>
        <w:t>• Put player welfare first.</w:t>
      </w:r>
      <w:r>
        <w:br/>
        <w:t>• Provide a safe and inclusive environment.</w:t>
      </w:r>
      <w:r>
        <w:br/>
        <w:t>• Treat all players fairly.</w:t>
      </w:r>
      <w:r>
        <w:br/>
        <w:t>• Maintain professional boundaries.</w:t>
      </w:r>
      <w:r>
        <w:br/>
        <w:t>• Report safeguarding concerns immediately.</w:t>
      </w:r>
      <w:r>
        <w:br/>
        <w:t>• Follow England Netball policies.</w:t>
      </w:r>
    </w:p>
    <w:p w14:paraId="270B383A" w14:textId="77777777" w:rsidR="006B346F" w:rsidRDefault="008F6218">
      <w:pPr>
        <w:pStyle w:val="Heading2"/>
      </w:pPr>
      <w:r>
        <w:t>Volunteer &amp; Committee Code</w:t>
      </w:r>
    </w:p>
    <w:p w14:paraId="7478CE3A" w14:textId="77777777" w:rsidR="006B346F" w:rsidRDefault="008F6218">
      <w:r>
        <w:t>• Act honestly and with integrity.</w:t>
      </w:r>
      <w:r>
        <w:br/>
        <w:t>• Maintain confidentiality.</w:t>
      </w:r>
      <w:r>
        <w:br/>
        <w:t>• Promote safeguarding.</w:t>
      </w:r>
      <w:r>
        <w:br/>
        <w:t>• Treat everyone fairly.</w:t>
      </w:r>
    </w:p>
    <w:p w14:paraId="598C7A02" w14:textId="77777777" w:rsidR="006B346F" w:rsidRDefault="008F6218">
      <w:pPr>
        <w:pStyle w:val="Heading2"/>
      </w:pPr>
      <w:r>
        <w:t>Spectator Code</w:t>
      </w:r>
    </w:p>
    <w:p w14:paraId="7D319123" w14:textId="77777777" w:rsidR="006B346F" w:rsidRDefault="008F6218">
      <w:r>
        <w:t>• Applaud good play from both teams.</w:t>
      </w:r>
      <w:r>
        <w:br/>
        <w:t>• Respect officials.</w:t>
      </w:r>
      <w:r>
        <w:br/>
        <w:t>• Keep comments positive.</w:t>
      </w:r>
      <w:r>
        <w:br/>
        <w:t>• Never intimidate or abuse players, coaches or officials.</w:t>
      </w:r>
    </w:p>
    <w:p w14:paraId="7199F9ED" w14:textId="77777777" w:rsidR="006B346F" w:rsidRDefault="008F6218">
      <w:pPr>
        <w:pStyle w:val="Heading2"/>
      </w:pPr>
      <w:r>
        <w:t>Social Media</w:t>
      </w:r>
    </w:p>
    <w:p w14:paraId="3B15F002" w14:textId="77777777" w:rsidR="006B346F" w:rsidRDefault="008F6218">
      <w:r>
        <w:t>Communicate respectfully, protect children's privacy, obtain appropriate consent before sharing photographs, and never post offensive or discriminatory content.</w:t>
      </w:r>
    </w:p>
    <w:p w14:paraId="53A560C1" w14:textId="77777777" w:rsidR="006B346F" w:rsidRDefault="008F6218">
      <w:pPr>
        <w:pStyle w:val="Heading2"/>
      </w:pPr>
      <w:r>
        <w:t>Equality, Diversity &amp; Inclusion</w:t>
      </w:r>
    </w:p>
    <w:p w14:paraId="0A7DB8C3" w14:textId="183FCC76" w:rsidR="006B346F" w:rsidRDefault="008F6218">
      <w:r>
        <w:t xml:space="preserve">The club is committed to equality and will not tolerate discrimination, harassment or </w:t>
      </w:r>
      <w:r w:rsidR="00D76B67">
        <w:t xml:space="preserve">victimization </w:t>
      </w:r>
      <w:r w:rsidR="00AD3879">
        <w:t xml:space="preserve">particularly on the grounds of </w:t>
      </w:r>
      <w:r w:rsidR="00D36EAA">
        <w:t>gender, race, sexual orientation, religion or beliefs.</w:t>
      </w:r>
    </w:p>
    <w:p w14:paraId="1425D2DB" w14:textId="77777777" w:rsidR="006B346F" w:rsidRDefault="008F6218">
      <w:pPr>
        <w:pStyle w:val="Heading2"/>
      </w:pPr>
      <w:r>
        <w:t>Safeguarding</w:t>
      </w:r>
    </w:p>
    <w:p w14:paraId="0A16D003" w14:textId="0BD77FA2" w:rsidR="006B346F" w:rsidRDefault="008F6218">
      <w:r>
        <w:t xml:space="preserve">The welfare of every child is paramount. Concerns </w:t>
      </w:r>
      <w:r w:rsidR="00DB7B51">
        <w:t>should</w:t>
      </w:r>
      <w:r w:rsidR="00164FF4">
        <w:t xml:space="preserve"> </w:t>
      </w:r>
      <w:r>
        <w:t xml:space="preserve"> be reported to the Club Safeguarding Officer</w:t>
      </w:r>
      <w:r w:rsidR="00026DE8">
        <w:t xml:space="preserve"> ( Rebecca Leitch)</w:t>
      </w:r>
      <w:r>
        <w:t xml:space="preserve"> immediately.</w:t>
      </w:r>
    </w:p>
    <w:p w14:paraId="2836BC43" w14:textId="77777777" w:rsidR="006B346F" w:rsidRDefault="008F6218">
      <w:pPr>
        <w:pStyle w:val="Heading2"/>
      </w:pPr>
      <w:r>
        <w:t>Breaches</w:t>
      </w:r>
    </w:p>
    <w:p w14:paraId="56E12085" w14:textId="77777777" w:rsidR="006B346F" w:rsidRDefault="008F6218">
      <w:r>
        <w:t>Breaches may result in a verbal reminder, written warning, suspension, committee review, referral to England Netball where appropriate, or termination of membership.</w:t>
      </w:r>
    </w:p>
    <w:p w14:paraId="15A9616A" w14:textId="77777777" w:rsidR="006B346F" w:rsidRDefault="008F6218">
      <w:pPr>
        <w:pStyle w:val="Heading2"/>
      </w:pPr>
      <w:r>
        <w:t>Declaration</w:t>
      </w:r>
    </w:p>
    <w:p w14:paraId="1E0AE3D8" w14:textId="77777777" w:rsidR="006B346F" w:rsidRDefault="008F6218">
      <w:r>
        <w:t>Player Name: ____________________________</w:t>
      </w:r>
      <w:r>
        <w:br/>
        <w:t>Parent/Carer: ____________________________</w:t>
      </w:r>
      <w:r>
        <w:br/>
        <w:t>Signature: _______________________________</w:t>
      </w:r>
      <w:r>
        <w:br/>
        <w:t>Date: ___________________________________</w:t>
      </w:r>
    </w:p>
    <w:p w14:paraId="22D3A21F" w14:textId="77777777" w:rsidR="006B346F" w:rsidRDefault="008F6218">
      <w:r>
        <w:br/>
        <w:t>Coach/Volunteer Name: ____________________</w:t>
      </w:r>
      <w:r>
        <w:br/>
        <w:t>Role: ___________________________________</w:t>
      </w:r>
      <w:r>
        <w:br/>
        <w:t>Signature: _______________________________</w:t>
      </w:r>
      <w:r>
        <w:br/>
        <w:t>Date: ___________________________________</w:t>
      </w:r>
    </w:p>
    <w:sectPr w:rsidR="006B346F" w:rsidSect="00F008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846E5D"/>
    <w:multiLevelType w:val="hybridMultilevel"/>
    <w:tmpl w:val="680AE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945948">
    <w:abstractNumId w:val="8"/>
  </w:num>
  <w:num w:numId="2" w16cid:durableId="222522310">
    <w:abstractNumId w:val="6"/>
  </w:num>
  <w:num w:numId="3" w16cid:durableId="722018758">
    <w:abstractNumId w:val="5"/>
  </w:num>
  <w:num w:numId="4" w16cid:durableId="1292127039">
    <w:abstractNumId w:val="4"/>
  </w:num>
  <w:num w:numId="5" w16cid:durableId="1229876351">
    <w:abstractNumId w:val="7"/>
  </w:num>
  <w:num w:numId="6" w16cid:durableId="1703244153">
    <w:abstractNumId w:val="3"/>
  </w:num>
  <w:num w:numId="7" w16cid:durableId="2021467340">
    <w:abstractNumId w:val="2"/>
  </w:num>
  <w:num w:numId="8" w16cid:durableId="951866273">
    <w:abstractNumId w:val="1"/>
  </w:num>
  <w:num w:numId="9" w16cid:durableId="1166936379">
    <w:abstractNumId w:val="0"/>
  </w:num>
  <w:num w:numId="10" w16cid:durableId="8378150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14F"/>
    <w:rsid w:val="00026DE8"/>
    <w:rsid w:val="00034616"/>
    <w:rsid w:val="00050AE3"/>
    <w:rsid w:val="0005500B"/>
    <w:rsid w:val="0006063C"/>
    <w:rsid w:val="0015074B"/>
    <w:rsid w:val="00164FF4"/>
    <w:rsid w:val="00180382"/>
    <w:rsid w:val="001C2E14"/>
    <w:rsid w:val="0029639D"/>
    <w:rsid w:val="002A5C6A"/>
    <w:rsid w:val="002D01F0"/>
    <w:rsid w:val="00326F90"/>
    <w:rsid w:val="003C3C10"/>
    <w:rsid w:val="00635D2D"/>
    <w:rsid w:val="006638A9"/>
    <w:rsid w:val="006B346F"/>
    <w:rsid w:val="00786A2C"/>
    <w:rsid w:val="007D37C5"/>
    <w:rsid w:val="007F5C8A"/>
    <w:rsid w:val="00853FB8"/>
    <w:rsid w:val="008C34BB"/>
    <w:rsid w:val="008F6218"/>
    <w:rsid w:val="009464A7"/>
    <w:rsid w:val="009A6C16"/>
    <w:rsid w:val="00A37570"/>
    <w:rsid w:val="00A67A1A"/>
    <w:rsid w:val="00AA1D8D"/>
    <w:rsid w:val="00AA4ED5"/>
    <w:rsid w:val="00AD175F"/>
    <w:rsid w:val="00AD3879"/>
    <w:rsid w:val="00B47730"/>
    <w:rsid w:val="00BA0DAC"/>
    <w:rsid w:val="00CB0664"/>
    <w:rsid w:val="00D36EAA"/>
    <w:rsid w:val="00D76B67"/>
    <w:rsid w:val="00DB7B51"/>
    <w:rsid w:val="00DD2FDA"/>
    <w:rsid w:val="00F008B9"/>
    <w:rsid w:val="00F7089F"/>
    <w:rsid w:val="00F829E0"/>
    <w:rsid w:val="00F96DB3"/>
    <w:rsid w:val="00FC693F"/>
    <w:rsid w:val="00FF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B2641"/>
  <w14:defaultImageDpi w14:val="300"/>
  <w15:docId w15:val="{ABFC5FF1-1379-410E-83FA-0DFDF964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 Smith</cp:lastModifiedBy>
  <cp:revision>33</cp:revision>
  <dcterms:created xsi:type="dcterms:W3CDTF">2026-07-02T16:47:00Z</dcterms:created>
  <dcterms:modified xsi:type="dcterms:W3CDTF">2026-07-16T23:23:00Z</dcterms:modified>
  <cp:category/>
</cp:coreProperties>
</file>